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FD0" w:rsidRPr="003235CE" w:rsidRDefault="003235CE" w:rsidP="003235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r w:rsidRPr="003235CE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br/>
      </w:r>
      <w:bookmarkEnd w:id="0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Атестаційну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колегію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Всеукраїнської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Національної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Стрілецького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Хортингу</w:t>
      </w:r>
      <w:proofErr w:type="spellEnd"/>
    </w:p>
    <w:p w:rsidR="00657FD0" w:rsidRPr="003235CE" w:rsidRDefault="003235CE" w:rsidP="003235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235CE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визначає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статус, структуру,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функції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, права та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обов’язки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Атестаційної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колегії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Всеукраїнської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Національної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Стрілецького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Хортингу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далі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—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Колегія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), яка є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постійно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діючим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органом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657FD0" w:rsidRPr="003235CE" w:rsidRDefault="003235CE" w:rsidP="003235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235CE">
        <w:rPr>
          <w:rFonts w:ascii="Times New Roman" w:hAnsi="Times New Roman" w:cs="Times New Roman"/>
          <w:sz w:val="28"/>
          <w:szCs w:val="28"/>
          <w:lang w:val="ru-RU"/>
        </w:rPr>
        <w:t>1. ЗАГАЛЬНІ ПОЛОЖЕННЯ</w:t>
      </w:r>
    </w:p>
    <w:p w:rsidR="00657FD0" w:rsidRPr="003235CE" w:rsidRDefault="003235CE" w:rsidP="003235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235CE">
        <w:rPr>
          <w:rFonts w:ascii="Times New Roman" w:hAnsi="Times New Roman" w:cs="Times New Roman"/>
          <w:sz w:val="28"/>
          <w:szCs w:val="28"/>
          <w:lang w:val="ru-RU"/>
        </w:rPr>
        <w:br/>
        <w:t xml:space="preserve">1.1.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Атестаційна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колегія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постійно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діючим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органом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здійснює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професійну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оцінку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кваліфікації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спортсменів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тренерів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інструкторів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суддів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br/>
        <w:t xml:space="preserve">1.2.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Колегія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своїй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діяльн</w:t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t>ості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керується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Конституцією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, Законом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«Про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фізичну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культуру і спорт», Статутом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цим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Положенням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рішеннями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керівних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органів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657FD0" w:rsidRPr="003235CE" w:rsidRDefault="003235CE" w:rsidP="003235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235CE">
        <w:rPr>
          <w:rFonts w:ascii="Times New Roman" w:hAnsi="Times New Roman" w:cs="Times New Roman"/>
          <w:sz w:val="28"/>
          <w:szCs w:val="28"/>
          <w:lang w:val="ru-RU"/>
        </w:rPr>
        <w:t>2. МЕТА І ЗАВДАННЯ КОЛЕГІЇ</w:t>
      </w:r>
    </w:p>
    <w:p w:rsidR="00657FD0" w:rsidRPr="003235CE" w:rsidRDefault="003235CE" w:rsidP="003235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235CE">
        <w:rPr>
          <w:rFonts w:ascii="Times New Roman" w:hAnsi="Times New Roman" w:cs="Times New Roman"/>
          <w:sz w:val="28"/>
          <w:szCs w:val="28"/>
          <w:lang w:val="ru-RU"/>
        </w:rPr>
        <w:br/>
        <w:t xml:space="preserve">2.1. Основною метою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Колегії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єдиних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станд</w:t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t>артів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оцінювання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кваліфікаційного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рівня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фахівців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стрілецькому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хортингу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br/>
        <w:t xml:space="preserve">2.2.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Колегії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br/>
        <w:t xml:space="preserve">-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проведення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атестаційних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сесій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тренерів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суддів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інструкторів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спортсменів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br/>
        <w:t xml:space="preserve">-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розробка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кваліфікаційних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вимог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стандартів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br/>
        <w:t xml:space="preserve">-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ведення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Єдиного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реєстру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ате</w:t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t>стованих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br/>
        <w:t xml:space="preserve">-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видача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сертифікатів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ліцензій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br/>
        <w:t xml:space="preserve">-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моніторинг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дотримання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стандартів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br/>
        <w:t xml:space="preserve">-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взаємодія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тренерською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суддівською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колегіями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657FD0" w:rsidRPr="003235CE" w:rsidRDefault="003235CE" w:rsidP="003235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235CE">
        <w:rPr>
          <w:rFonts w:ascii="Times New Roman" w:hAnsi="Times New Roman" w:cs="Times New Roman"/>
          <w:sz w:val="28"/>
          <w:szCs w:val="28"/>
          <w:lang w:val="ru-RU"/>
        </w:rPr>
        <w:t>3. СТРУКТУРА І СКЛАД КОЛЕГІЇ</w:t>
      </w:r>
    </w:p>
    <w:p w:rsidR="00657FD0" w:rsidRPr="003235CE" w:rsidRDefault="003235CE" w:rsidP="003235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235CE">
        <w:rPr>
          <w:rFonts w:ascii="Times New Roman" w:hAnsi="Times New Roman" w:cs="Times New Roman"/>
          <w:sz w:val="28"/>
          <w:szCs w:val="28"/>
          <w:lang w:val="ru-RU"/>
        </w:rPr>
        <w:br/>
        <w:t xml:space="preserve">3.1. До складу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Колегії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входять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: Голова, заступник,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секретар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, члени та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експерти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br/>
        <w:t xml:space="preserve">3.2. Голова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Колегії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призначається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Президією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терміном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на 4 роки.</w:t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br/>
        <w:t xml:space="preserve">3.3. Членами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Колегії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бути особи,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стаж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стрілецькому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спорті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менше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5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відповідну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кваліфікацію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3.4.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Засідання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Колегії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проводяться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за потреби, але н</w:t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е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рідше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одного разу на квартал.</w:t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657FD0" w:rsidRPr="003235CE" w:rsidRDefault="003235CE" w:rsidP="003235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235CE">
        <w:rPr>
          <w:rFonts w:ascii="Times New Roman" w:hAnsi="Times New Roman" w:cs="Times New Roman"/>
          <w:sz w:val="28"/>
          <w:szCs w:val="28"/>
          <w:lang w:val="ru-RU"/>
        </w:rPr>
        <w:t>4. ПРАВА ТА ОБОВ’ЯЗКИ КОЛЕГІЇ</w:t>
      </w:r>
    </w:p>
    <w:p w:rsidR="00657FD0" w:rsidRPr="003235CE" w:rsidRDefault="003235CE" w:rsidP="003235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235CE">
        <w:rPr>
          <w:rFonts w:ascii="Times New Roman" w:hAnsi="Times New Roman" w:cs="Times New Roman"/>
          <w:sz w:val="28"/>
          <w:szCs w:val="28"/>
          <w:lang w:val="ru-RU"/>
        </w:rPr>
        <w:br/>
        <w:t xml:space="preserve">4.1.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Колегія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право:</w:t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br/>
        <w:t xml:space="preserve">-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приймати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присвоєння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спортивних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розрядів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ліцензій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сертифікатів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br/>
        <w:t xml:space="preserve">-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проводити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перевірку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документів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тестування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практичні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іспити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br/>
        <w:t xml:space="preserve">-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формувати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кваліфікац</w:t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t>ійні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комісії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br/>
        <w:t xml:space="preserve">-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вносити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пропозиції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вдосконалення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підготовки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кадрів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br/>
        <w:t xml:space="preserve">4.2.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Колегія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зобов’язана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br/>
        <w:t xml:space="preserve">-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забезпечувати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прозорість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об’єктивність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атестації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br/>
        <w:t xml:space="preserve">-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дотримуватись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єдиних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методичних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стандартів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br/>
        <w:t xml:space="preserve">- вести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звітність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облік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атестованих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657FD0" w:rsidRPr="003235CE" w:rsidRDefault="003235CE" w:rsidP="003235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t>ВИДИ АТЕСТАЦІЇ</w:t>
      </w:r>
    </w:p>
    <w:p w:rsidR="00657FD0" w:rsidRPr="003235CE" w:rsidRDefault="003235CE" w:rsidP="003235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235CE">
        <w:rPr>
          <w:rFonts w:ascii="Times New Roman" w:hAnsi="Times New Roman" w:cs="Times New Roman"/>
          <w:sz w:val="28"/>
          <w:szCs w:val="28"/>
          <w:lang w:val="ru-RU"/>
        </w:rPr>
        <w:br/>
        <w:t xml:space="preserve">5.1. Початкова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атестація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— для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вперше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отримують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кваліфікацію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ліцензію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br/>
        <w:t xml:space="preserve">5.2.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Періодична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атестація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—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підтвердження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кваліфікації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через 3–5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br/>
        <w:t xml:space="preserve">5.3.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Позачергова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атестація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— у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випадках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стандартів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виявлення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порушень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657FD0" w:rsidRPr="003235CE" w:rsidRDefault="003235CE" w:rsidP="003235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235CE">
        <w:rPr>
          <w:rFonts w:ascii="Times New Roman" w:hAnsi="Times New Roman" w:cs="Times New Roman"/>
          <w:sz w:val="28"/>
          <w:szCs w:val="28"/>
          <w:lang w:val="ru-RU"/>
        </w:rPr>
        <w:t>6.</w:t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КАТЕГОРІЇ І ЛІЦЕНЗІЇ</w:t>
      </w:r>
    </w:p>
    <w:p w:rsidR="00657FD0" w:rsidRPr="003235CE" w:rsidRDefault="003235CE" w:rsidP="003235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235CE">
        <w:rPr>
          <w:rFonts w:ascii="Times New Roman" w:hAnsi="Times New Roman" w:cs="Times New Roman"/>
          <w:sz w:val="28"/>
          <w:szCs w:val="28"/>
          <w:lang w:val="ru-RU"/>
        </w:rPr>
        <w:br/>
        <w:t xml:space="preserve">6.1. У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встановлюються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рівні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кваліфікаційних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категорій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br/>
        <w:t xml:space="preserve">-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Інструктор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3235CE">
        <w:rPr>
          <w:rFonts w:ascii="Times New Roman" w:hAnsi="Times New Roman" w:cs="Times New Roman"/>
          <w:sz w:val="28"/>
          <w:szCs w:val="28"/>
        </w:rPr>
        <w:t>I</w:t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рівень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>);</w:t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br/>
        <w:t xml:space="preserve">- Тренер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3235CE">
        <w:rPr>
          <w:rFonts w:ascii="Times New Roman" w:hAnsi="Times New Roman" w:cs="Times New Roman"/>
          <w:sz w:val="28"/>
          <w:szCs w:val="28"/>
        </w:rPr>
        <w:t>II</w:t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рівень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>);</w:t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br/>
        <w:t xml:space="preserve">- Старший тренер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3235CE">
        <w:rPr>
          <w:rFonts w:ascii="Times New Roman" w:hAnsi="Times New Roman" w:cs="Times New Roman"/>
          <w:sz w:val="28"/>
          <w:szCs w:val="28"/>
        </w:rPr>
        <w:t>III</w:t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рівень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>);</w:t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br/>
        <w:t xml:space="preserve">-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Національний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тренер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3235CE">
        <w:rPr>
          <w:rFonts w:ascii="Times New Roman" w:hAnsi="Times New Roman" w:cs="Times New Roman"/>
          <w:sz w:val="28"/>
          <w:szCs w:val="28"/>
        </w:rPr>
        <w:t>IV</w:t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рівень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>);</w:t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br/>
        <w:t xml:space="preserve">-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Суддя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І–</w:t>
      </w:r>
      <w:r w:rsidRPr="003235CE">
        <w:rPr>
          <w:rFonts w:ascii="Times New Roman" w:hAnsi="Times New Roman" w:cs="Times New Roman"/>
          <w:sz w:val="28"/>
          <w:szCs w:val="28"/>
        </w:rPr>
        <w:t>III</w:t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категорій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Національний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Міжнародний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суддя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br/>
        <w:t xml:space="preserve">6.2.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Ліцензії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видаються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строком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на 3–5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підтверджуються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повторною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атестацією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657FD0" w:rsidRPr="003235CE" w:rsidRDefault="003235CE" w:rsidP="003235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235CE">
        <w:rPr>
          <w:rFonts w:ascii="Times New Roman" w:hAnsi="Times New Roman" w:cs="Times New Roman"/>
          <w:sz w:val="28"/>
          <w:szCs w:val="28"/>
          <w:lang w:val="ru-RU"/>
        </w:rPr>
        <w:t>7. КОНТРОЛЬ І ВІДПОВІДАЛЬНІСТЬ</w:t>
      </w:r>
    </w:p>
    <w:p w:rsidR="00657FD0" w:rsidRPr="003235CE" w:rsidRDefault="003235CE" w:rsidP="003235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235CE">
        <w:rPr>
          <w:rFonts w:ascii="Times New Roman" w:hAnsi="Times New Roman" w:cs="Times New Roman"/>
          <w:sz w:val="28"/>
          <w:szCs w:val="28"/>
          <w:lang w:val="ru-RU"/>
        </w:rPr>
        <w:br/>
        <w:t xml:space="preserve">7.1. Контроль за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діяльністю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Колегії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здійснює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Президія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br/>
        <w:t xml:space="preserve">7.2. У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разі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порушення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порядку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атестації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виявлення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lastRenderedPageBreak/>
        <w:t>некомпетентності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рішень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, вони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скасовані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Президією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657FD0" w:rsidRPr="003235CE" w:rsidRDefault="003235CE" w:rsidP="003235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235CE">
        <w:rPr>
          <w:rFonts w:ascii="Times New Roman" w:hAnsi="Times New Roman" w:cs="Times New Roman"/>
          <w:sz w:val="28"/>
          <w:szCs w:val="28"/>
          <w:lang w:val="ru-RU"/>
        </w:rPr>
        <w:t>8. ЗАКЛЮЧНІ ПОЛОЖЕННЯ</w:t>
      </w:r>
    </w:p>
    <w:p w:rsidR="00657FD0" w:rsidRPr="003235CE" w:rsidRDefault="003235CE" w:rsidP="00323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5CE">
        <w:rPr>
          <w:rFonts w:ascii="Times New Roman" w:hAnsi="Times New Roman" w:cs="Times New Roman"/>
          <w:sz w:val="28"/>
          <w:szCs w:val="28"/>
          <w:lang w:val="ru-RU"/>
        </w:rPr>
        <w:br/>
        <w:t xml:space="preserve">8.1.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Зміни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доповнення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цього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вносяться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рішенням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Президії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35CE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3235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3235C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235CE">
        <w:rPr>
          <w:rFonts w:ascii="Times New Roman" w:hAnsi="Times New Roman" w:cs="Times New Roman"/>
          <w:sz w:val="28"/>
          <w:szCs w:val="28"/>
        </w:rPr>
        <w:t>8.2. Це Положення набирає чинності з моменту</w:t>
      </w:r>
      <w:r w:rsidRPr="003235CE">
        <w:rPr>
          <w:rFonts w:ascii="Times New Roman" w:hAnsi="Times New Roman" w:cs="Times New Roman"/>
          <w:sz w:val="28"/>
          <w:szCs w:val="28"/>
        </w:rPr>
        <w:t xml:space="preserve"> його затвердження.</w:t>
      </w:r>
      <w:r w:rsidRPr="003235CE">
        <w:rPr>
          <w:rFonts w:ascii="Times New Roman" w:hAnsi="Times New Roman" w:cs="Times New Roman"/>
          <w:sz w:val="28"/>
          <w:szCs w:val="28"/>
        </w:rPr>
        <w:br/>
      </w:r>
    </w:p>
    <w:sectPr w:rsidR="00657FD0" w:rsidRPr="003235C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35CE"/>
    <w:rsid w:val="00326F90"/>
    <w:rsid w:val="00657FD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138F163D-400D-4824-A994-03C939776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3397827-4DD7-435B-A6DA-738D3A964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1968</Words>
  <Characters>1122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Користувач</cp:lastModifiedBy>
  <cp:revision>2</cp:revision>
  <dcterms:created xsi:type="dcterms:W3CDTF">2013-12-23T23:15:00Z</dcterms:created>
  <dcterms:modified xsi:type="dcterms:W3CDTF">2025-10-20T09:29:00Z</dcterms:modified>
  <cp:category/>
</cp:coreProperties>
</file>